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80"/>
      </w:pPr>
      <w:r>
        <w:rPr>
          <w:rFonts w:ascii="Calibri" w:hAnsi="Calibri"/>
          <w:b/>
          <w:i w:val="0"/>
          <w:color w:val="101C34"/>
          <w:sz w:val="44"/>
        </w:rPr>
        <w:t>СЧЁТ НА ОПЛАТУ № [НОМЕР]</w:t>
      </w:r>
    </w:p>
    <w:p>
      <w:pPr>
        <w:spacing w:after="360"/>
      </w:pPr>
      <w:r>
        <w:rPr>
          <w:rFonts w:ascii="Calibri" w:hAnsi="Calibri"/>
          <w:b w:val="0"/>
          <w:i w:val="0"/>
          <w:color w:val="687184"/>
          <w:sz w:val="24"/>
        </w:rPr>
        <w:t>от [ДАТА]  |  проект «Взыскано»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538"/>
      </w:tblGrid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Основание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Оферта на оказание юридических услуг, редакция № [НОМЕР] от [ДАТА]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Заказ / дело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[НОМЕР ЗАКАЗА] / [ДОЛЖНИК ИЛИ НОМЕР ДЕЛА]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Срок оплаты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5 календарных дней со дня выставления счёта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Налог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Без НДС</w:t>
            </w:r>
          </w:p>
        </w:tc>
      </w:tr>
    </w:tbl>
    <w:p>
      <w:pPr>
        <w:spacing w:after="0"/>
      </w:pPr>
    </w:p>
    <w:p>
      <w:pPr>
        <w:pStyle w:val="Heading1"/>
      </w:pPr>
      <w:r>
        <w:t>Банковские реквизиты Исполнителя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638"/>
        <w:gridCol w:w="1500"/>
        <w:gridCol w:w="1500"/>
      </w:tblGrid>
      <w:tr>
        <w:tc>
          <w:tcPr>
            <w:tcW w:type="dxa" w:w="6638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ООО «Банк Точка»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87184"/>
                <w:sz w:val="16"/>
              </w:rPr>
              <w:t>Банк получателя</w:t>
            </w:r>
          </w:p>
        </w:tc>
        <w:tc>
          <w:tcPr>
            <w:tcW w:type="dxa" w:w="15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БИК</w:t>
            </w:r>
          </w:p>
        </w:tc>
        <w:tc>
          <w:tcPr>
            <w:tcW w:type="dxa" w:w="15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01C34"/>
                <w:sz w:val="18"/>
              </w:rPr>
              <w:t>044525104</w:t>
            </w:r>
          </w:p>
        </w:tc>
      </w:tr>
      <w:tr>
        <w:tc>
          <w:tcPr>
            <w:tcW w:type="dxa" w:w="6638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/>
        </w:tc>
        <w:tc>
          <w:tcPr>
            <w:tcW w:type="dxa" w:w="15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Сч. №</w:t>
            </w:r>
          </w:p>
        </w:tc>
        <w:tc>
          <w:tcPr>
            <w:tcW w:type="dxa" w:w="15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01C34"/>
                <w:sz w:val="18"/>
              </w:rPr>
              <w:t>30101810745374525104</w:t>
            </w:r>
          </w:p>
        </w:tc>
      </w:tr>
      <w:tr>
        <w:tc>
          <w:tcPr>
            <w:tcW w:type="dxa" w:w="9638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ИНН 246508212448   ИП Зубченков Артем Владимирович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87184"/>
                <w:sz w:val="16"/>
              </w:rPr>
              <w:t>Получатель</w:t>
            </w:r>
          </w:p>
        </w:tc>
      </w:tr>
      <w:tr>
        <w:tc>
          <w:tcPr>
            <w:tcW w:type="dxa" w:w="6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Расчётный счёт получателя</w:t>
            </w:r>
          </w:p>
        </w:tc>
        <w:tc>
          <w:tcPr>
            <w:tcW w:type="dxa" w:w="3000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40802810320000244966</w:t>
            </w:r>
          </w:p>
        </w:tc>
      </w:tr>
    </w:tbl>
    <w:p>
      <w:pPr>
        <w:spacing w:after="0"/>
      </w:pPr>
    </w:p>
    <w:p>
      <w:pPr>
        <w:pStyle w:val="Heading1"/>
      </w:pPr>
      <w:r>
        <w:t>Стороны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538"/>
      </w:tblGrid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Исполнитель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ИП Зубченков Артем Владимирович, ИНН 246508212448, ОГРНИП 317246800111031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Почтовый адрес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г. Санкт-Петербург, ул. Марата, д. 51, оф. 2-06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Email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artemargum@gmail.com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Заказчик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[ПОЛНОЕ НАИМЕНОВАНИЕ, ИНН, КПП / ОГРНИП]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Адрес Заказчика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[ЮРИДИЧЕСКИЙ АДРЕС]</w:t>
            </w:r>
          </w:p>
        </w:tc>
      </w:tr>
      <w:tr>
        <w:tc>
          <w:tcPr>
            <w:tcW w:type="dxa" w:w="2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87184"/>
                <w:sz w:val="18"/>
              </w:rPr>
              <w:t>Email Заказчика</w:t>
            </w:r>
          </w:p>
        </w:tc>
        <w:tc>
          <w:tcPr>
            <w:tcW w:type="dxa" w:w="75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20"/>
              </w:rPr>
              <w:t>[СОГЛАСОВАННЫЙ EMAIL]</w:t>
            </w:r>
          </w:p>
        </w:tc>
      </w:tr>
    </w:tbl>
    <w:p>
      <w:pPr>
        <w:spacing w:after="0"/>
      </w:pPr>
    </w:p>
    <w:p>
      <w:pPr>
        <w:pStyle w:val="Heading1"/>
      </w:pPr>
      <w:r>
        <w:t>Услуги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6338"/>
        <w:gridCol w:w="750"/>
        <w:gridCol w:w="900"/>
        <w:gridCol w:w="1050"/>
      </w:tblGrid>
      <w:tr>
        <w:tc>
          <w:tcPr>
            <w:tcW w:type="dxa" w:w="6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1F4D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№</w:t>
            </w:r>
          </w:p>
        </w:tc>
        <w:tc>
          <w:tcPr>
            <w:tcW w:type="dxa" w:w="63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1F4D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Наименование услуги</w:t>
            </w:r>
          </w:p>
        </w:tc>
        <w:tc>
          <w:tcPr>
            <w:tcW w:type="dxa" w:w="75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1F4D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Кол-во</w:t>
            </w:r>
          </w:p>
        </w:tc>
        <w:tc>
          <w:tcPr>
            <w:tcW w:type="dxa" w:w="9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1F4D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Цена, ₽</w:t>
            </w:r>
          </w:p>
        </w:tc>
        <w:tc>
          <w:tcPr>
            <w:tcW w:type="dxa" w:w="105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1F4D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Сумма, ₽</w:t>
            </w:r>
          </w:p>
        </w:tc>
      </w:tr>
      <w:tr>
        <w:tc>
          <w:tcPr>
            <w:tcW w:type="dxa" w:w="6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1</w:t>
            </w:r>
          </w:p>
        </w:tc>
        <w:tc>
          <w:tcPr>
            <w:tcW w:type="dxa" w:w="63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Юридические услуги по взысканию задолженности с [НАИМЕНОВАНИЕ ДОЛЖНИКА]</w:t>
            </w:r>
          </w:p>
        </w:tc>
        <w:tc>
          <w:tcPr>
            <w:tcW w:type="dxa" w:w="75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1</w:t>
            </w:r>
          </w:p>
        </w:tc>
        <w:tc>
          <w:tcPr>
            <w:tcW w:type="dxa" w:w="9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20 000,00</w:t>
            </w:r>
          </w:p>
        </w:tc>
        <w:tc>
          <w:tcPr>
            <w:tcW w:type="dxa" w:w="105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20 000,00</w:t>
            </w:r>
          </w:p>
        </w:tc>
      </w:tr>
    </w:tbl>
    <w:p>
      <w:pPr>
        <w:spacing w:before="160" w:after="40"/>
        <w:jc w:val="right"/>
      </w:pPr>
      <w:r>
        <w:rPr>
          <w:rFonts w:ascii="Calibri" w:hAnsi="Calibri"/>
          <w:b/>
          <w:i w:val="0"/>
          <w:color w:val="101C34"/>
          <w:sz w:val="22"/>
        </w:rPr>
        <w:t>Итого: 20 000,00 ₽</w:t>
      </w:r>
    </w:p>
    <w:p>
      <w:pPr>
        <w:spacing w:after="40"/>
        <w:jc w:val="right"/>
      </w:pPr>
      <w:r>
        <w:rPr>
          <w:rFonts w:ascii="Calibri" w:hAnsi="Calibri"/>
          <w:b w:val="0"/>
          <w:i w:val="0"/>
          <w:color w:val="687184"/>
          <w:sz w:val="20"/>
        </w:rPr>
        <w:t>Без НДС</w:t>
      </w:r>
    </w:p>
    <w:p>
      <w:pPr>
        <w:spacing w:after="200"/>
      </w:pPr>
      <w:r>
        <w:rPr>
          <w:rFonts w:ascii="Calibri" w:hAnsi="Calibri"/>
          <w:b/>
          <w:i w:val="0"/>
          <w:color w:val="101C34"/>
          <w:sz w:val="20"/>
        </w:rPr>
        <w:t>Всего к оплате: двадцать тысяч рублей 00 копеек.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EEF4D1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Назначение платежа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Оплата юридических услуг по счёту № [НОМЕР] от [ДАТА]. Без НДС.</w:t>
            </w:r>
          </w:p>
        </w:tc>
      </w:tr>
    </w:tbl>
    <w:p>
      <w:pPr>
        <w:spacing w:after="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Автоматически сформированный документ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Счёт формируется сервисом после заполнения данных и выбора услуги, сохраняется в личном кабинете и направляется вместе с неподписанной рабочей копией Оферты на подтверждённый email. Такое письмо носит информационный характер и само по себе не является подписанием документов, акцептом Оферты или заключением Договора.</w:t>
            </w:r>
          </w:p>
        </w:tc>
      </w:tr>
    </w:tbl>
    <w:p>
      <w:pPr>
        <w:spacing w:after="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819"/>
        <w:gridCol w:w="4819"/>
      </w:tblGrid>
      <w:tr>
        <w:tc>
          <w:tcPr>
            <w:tcW w:type="dxa" w:w="48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ИП Зубченков Артем Владимирович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ИНН 246508212448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ОГРНИП 317246800111031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____________ / А.В. Зубченков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М.П. [при наличии]</w:t>
            </w:r>
          </w:p>
        </w:tc>
        <w:tc>
          <w:tcPr>
            <w:tcW w:type="dxa" w:w="48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shd w:fill="F2F4F7"/>
          </w:tcPr>
          <w:p>
            <w:r>
              <w:rPr>
                <w:rFonts w:ascii="Calibri" w:hAnsi="Calibri"/>
                <w:b/>
                <w:i w:val="0"/>
                <w:color w:val="101C34"/>
                <w:sz w:val="20"/>
              </w:rPr>
              <w:t>ЗАКАЗЧИК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[ПОЛНОЕ НАИМЕНОВАНИЕ]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[ДОЛЖНОСТЬ, ФИО ПОДПИСАНТА]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[ОСНОВАНИЕ ПОЛНОМОЧИЙ]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____________ / [ФИО]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i w:val="0"/>
                <w:color w:val="101C34"/>
                <w:sz w:val="18"/>
              </w:rPr>
              <w:t>М.П. [при наличии]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87184"/>
        <w:sz w:val="16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/>
        <w:b/>
        <w:i w:val="0"/>
        <w:color w:val="687184"/>
        <w:sz w:val="16"/>
      </w:rPr>
      <w:t>ВЗЫСКАНО  |  СЧЁТ НА ОПЛАТУ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01C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